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Emerson Rebouças</w:t>
      </w:r>
    </w:p>
    <w:p>
      <w:r>
        <w:rPr>
          <w:b/>
        </w:rPr>
        <w:t xml:space="preserve">Data: </w:t>
      </w:r>
      <w:r>
        <w:t>15/09/2026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Passeio diurno (lazer)</w:t>
      </w:r>
    </w:p>
    <w:p>
      <w:r>
        <w:rPr>
          <w:b/>
          <w:i/>
        </w:rPr>
        <w:t xml:space="preserve">Papel mais importante que o barco precisa cumprir: </w:t>
      </w:r>
      <w:r>
        <w:t>Transportar até 15 pessoas com conforto e segurança em passeios diurnos pela Baía de Todos-os-Santos.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Emerson Rebouças / Passageiros de turismo náutico e lazer</w:t>
      </w:r>
    </w:p>
    <w:p>
      <w:r>
        <w:rPr>
          <w:b/>
          <w:i/>
        </w:rPr>
        <w:t xml:space="preserve">O usuario principal e tambem o proprietario?: </w:t>
      </w:r>
      <w:r>
        <w:t>Sim</w:t>
      </w:r>
    </w:p>
    <w:p>
      <w:r>
        <w:rPr>
          <w:b/>
          <w:i/>
        </w:rPr>
        <w:t xml:space="preserve">Quem ira pilotar a embarcacao: </w:t>
      </w:r>
      <w:r>
        <w:t>Marinheiro / Mestre profissional habilitado</w:t>
      </w:r>
    </w:p>
    <w:p>
      <w:r>
        <w:rPr>
          <w:b/>
          <w:i/>
        </w:rPr>
        <w:t xml:space="preserve">Pernoite (havera? para quantas pessoas?): </w:t>
      </w:r>
      <w:r>
        <w:t>Não (navegação estritamente diurna; sem pernoite)</w:t>
      </w:r>
    </w:p>
    <w:p>
      <w:r>
        <w:rPr>
          <w:b/>
          <w:i/>
        </w:rPr>
        <w:t xml:space="preserve">O que mais gosta durante o caminho: </w:t>
      </w:r>
      <w:r>
        <w:t>Apreciar a paisagem da Baía de Todos-os-Santos e a navegação tradicional a vela</w:t>
      </w:r>
    </w:p>
    <w:p>
      <w:r>
        <w:rPr>
          <w:b/>
          <w:i/>
        </w:rPr>
        <w:t xml:space="preserve">O que mais gosta enquanto parado: </w:t>
      </w:r>
      <w:r>
        <w:t>Convivência no convés, banho de mar e paradas em praias e ilhas</w:t>
      </w:r>
    </w:p>
    <w:p>
      <w:r>
        <w:rPr>
          <w:b/>
          <w:i/>
        </w:rPr>
        <w:t xml:space="preserve">Outros desejos do usuario ou capitao: </w:t>
      </w:r>
      <w:r>
        <w:t>Embarcação inspirada nas linhas tradicionais do saveiro de vela de içar/pena com sanitário fechado</w:t>
      </w:r>
    </w:p>
    <w:p>
      <w:r>
        <w:rPr>
          <w:b/>
          <w:i/>
        </w:rPr>
        <w:t xml:space="preserve">Usuarios em potencial: </w:t>
      </w:r>
      <w:r>
        <w:t>Grupos de amigos, famílias e turistas em passeios diurnos</w:t>
      </w:r>
    </w:p>
    <w:p>
      <w:r>
        <w:rPr>
          <w:b/>
          <w:i/>
        </w:rPr>
        <w:t xml:space="preserve">Tipo de grupo: </w:t>
      </w:r>
      <w:r>
        <w:t>Adultos e famílias em lazer</w:t>
      </w:r>
    </w:p>
    <w:p>
      <w:r>
        <w:rPr>
          <w:b/>
          <w:i/>
        </w:rPr>
        <w:t xml:space="preserve">Numero medio de tripulantes: </w:t>
      </w:r>
      <w:r>
        <w:t>10 a 12 pessoas</w:t>
      </w:r>
    </w:p>
    <w:p>
      <w:r>
        <w:rPr>
          <w:b/>
          <w:i/>
        </w:rPr>
        <w:t xml:space="preserve">Numero maximo de tripulantes (dia): </w:t>
      </w:r>
      <w:r>
        <w:t>15 pessoas (incluindo tripulação)</w:t>
      </w:r>
    </w:p>
    <w:p>
      <w:r>
        <w:rPr>
          <w:b/>
          <w:i/>
        </w:rPr>
        <w:t xml:space="preserve">Numero maximo de tripulantes (pernoite): </w:t>
      </w:r>
      <w:r>
        <w:t>0 (sem pernoite)</w:t>
      </w:r>
    </w:p>
    <w:p>
      <w:r>
        <w:rPr>
          <w:b/>
          <w:i/>
        </w:rPr>
        <w:t xml:space="preserve">Local de residencia do usuario principal: </w:t>
      </w:r>
      <w:r>
        <w:t>Salvador, Bahia</w:t>
      </w:r>
    </w:p>
    <w:p>
      <w:r>
        <w:rPr>
          <w:b/>
          <w:i/>
        </w:rPr>
        <w:t xml:space="preserve">Tipo de casa: </w:t>
      </w:r>
      <w:r>
        <w:t>Urbana</w:t>
      </w:r>
    </w:p>
    <w:p>
      <w:r>
        <w:rPr>
          <w:b/>
          <w:i/>
        </w:rPr>
        <w:t xml:space="preserve">Media anual de dias utilizando a embarcacao: </w:t>
      </w:r>
      <w:r>
        <w:t>60 a 90 dias/ano (fins de semana e temporada)</w:t>
      </w:r>
    </w:p>
    <w:p>
      <w:r>
        <w:rPr>
          <w:b/>
          <w:i/>
        </w:rPr>
        <w:t xml:space="preserve">Media anual (dias) de uso continuo: </w:t>
      </w:r>
      <w:r>
        <w:t>1 a 2 dias (retornando à base/poita diariamente)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Baía de Todos-os-Santos, Bahia</w:t>
      </w:r>
    </w:p>
    <w:p>
      <w:r>
        <w:rPr>
          <w:b/>
          <w:i/>
        </w:rPr>
        <w:t xml:space="preserve">Derrota habitual (ponto inicial, ponto final, distancia): </w:t>
      </w:r>
      <w:r>
        <w:t>Enseada dos Tainheiros (Ribeira, Salvador) ➔ Itaparica (12,6 MN por percurso)</w:t>
      </w:r>
    </w:p>
    <w:p>
      <w:r>
        <w:rPr>
          <w:b/>
          <w:i/>
        </w:rPr>
        <w:t xml:space="preserve">Pontes e eclusas no trajeto: </w:t>
      </w:r>
      <w:r>
        <w:t>Não há pontes ou eclusas na rota</w:t>
      </w:r>
    </w:p>
    <w:p>
      <w:r>
        <w:rPr>
          <w:b/>
          <w:i/>
        </w:rPr>
        <w:t xml:space="preserve">Clima: </w:t>
      </w:r>
      <w:r>
        <w:t>Tropical úmido, quente o ano todo</w:t>
      </w:r>
    </w:p>
    <w:p>
      <w:r>
        <w:rPr>
          <w:b/>
          <w:i/>
        </w:rPr>
        <w:t xml:space="preserve">Vento / ondas: </w:t>
      </w:r>
      <w:r>
        <w:t>Ventos predominantes de E/SE (10 a 18 nós), mar abrigado com ondas curtas (&lt; 1,0 m)</w:t>
      </w:r>
    </w:p>
    <w:p>
      <w:r>
        <w:rPr>
          <w:b/>
          <w:i/>
        </w:rPr>
        <w:t xml:space="preserve">Regime de chuvas: </w:t>
      </w:r>
      <w:r>
        <w:t>Concentradas entre abril e julho</w:t>
      </w:r>
    </w:p>
    <w:p>
      <w:r>
        <w:rPr>
          <w:b/>
          <w:i/>
        </w:rPr>
        <w:t xml:space="preserve">Variacao de mare: </w:t>
      </w:r>
      <w:r>
        <w:t>Semidiurna, amplitude típica de 1,5 a 2,5 m</w:t>
      </w:r>
    </w:p>
    <w:p>
      <w:r>
        <w:rPr>
          <w:b/>
          <w:i/>
        </w:rPr>
        <w:t xml:space="preserve">Restricao de calado (calado maximo): </w:t>
      </w:r>
      <w:r>
        <w:t>Trechos rasos na saída da Ribeira e bancos de Itaparica; calado limitado a &lt; 0,9 m</w:t>
      </w:r>
    </w:p>
    <w:p>
      <w:r>
        <w:rPr>
          <w:b/>
          <w:i/>
        </w:rPr>
        <w:t xml:space="preserve">Outras informacoes relevantes / restricoes: </w:t>
      </w:r>
      <w:r>
        <w:t>Navegação Interior (Área 1 / Costeira abrigada pela NORMAM)</w:t>
      </w:r>
    </w:p>
    <w:p>
      <w:r>
        <w:rPr>
          <w:b/>
          <w:i/>
        </w:rPr>
        <w:t xml:space="preserve">Operacao - tempo: </w:t>
      </w:r>
      <w:r>
        <w:t>Diurno, com mar calmo a moderado</w:t>
      </w:r>
    </w:p>
    <w:p>
      <w:r>
        <w:rPr>
          <w:b/>
          <w:i/>
        </w:rPr>
        <w:t xml:space="preserve">Travessias (distancia maxima): </w:t>
      </w:r>
      <w:r>
        <w:t>12,6 Milhas Náuticas (~23,3 km)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R$ 30.000,00</w:t>
      </w:r>
    </w:p>
    <w:p>
      <w:r>
        <w:rPr>
          <w:b/>
          <w:i/>
        </w:rPr>
        <w:t xml:space="preserve">Capacidade de desembolso mensal: </w:t>
      </w:r>
      <w:r>
        <w:t>N/A</w:t>
      </w:r>
    </w:p>
    <w:p>
      <w:r>
        <w:rPr>
          <w:b/>
          <w:i/>
        </w:rPr>
        <w:t xml:space="preserve">Orcamento anual para manutencao/melhorias: </w:t>
      </w:r>
      <w:r>
        <w:t>Baixo (manutenção artesanal periódica)</w:t>
      </w:r>
    </w:p>
    <w:p>
      <w:r>
        <w:rPr>
          <w:b/>
          <w:i/>
        </w:rPr>
        <w:t xml:space="preserve">Mantido por: </w:t>
      </w:r>
      <w:r>
        <w:t>Proprietário / Carpinteiro naval local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Emerson Rebouças (construção própria amadora/artesanal)</w:t>
      </w:r>
    </w:p>
    <w:p>
      <w:r>
        <w:rPr>
          <w:b/>
          <w:i/>
        </w:rPr>
        <w:t xml:space="preserve">Tipo de construtor: </w:t>
      </w:r>
      <w:r>
        <w:t>Amador / Artesanal</w:t>
      </w:r>
    </w:p>
    <w:p>
      <w:r>
        <w:rPr>
          <w:b/>
          <w:i/>
        </w:rPr>
        <w:t xml:space="preserve">Experiencia do construtor/estaleiro: </w:t>
      </w:r>
      <w:r>
        <w:t>Primeiro projeto de saveiro em madeira</w:t>
      </w:r>
    </w:p>
    <w:p>
      <w:r>
        <w:rPr>
          <w:b/>
          <w:i/>
        </w:rPr>
        <w:t xml:space="preserve">Material de construcao: </w:t>
      </w:r>
      <w:r>
        <w:t>Madeira tradicional (madeiramento maciço, cavername em madeira nativa/curvas e tábuas)</w:t>
      </w:r>
    </w:p>
    <w:p>
      <w:r>
        <w:rPr>
          <w:b/>
          <w:i/>
        </w:rPr>
        <w:t xml:space="preserve">Metodo de construcao: </w:t>
      </w:r>
      <w:r>
        <w:t>Tradicional sobre picadeiro com cavernas e tábuas pregadas/aparafusadas e calafeto</w:t>
      </w:r>
    </w:p>
    <w:p>
      <w:r>
        <w:rPr>
          <w:b/>
          <w:i/>
        </w:rPr>
        <w:t xml:space="preserve">Faixa de tamanho em que tem experiencia: </w:t>
      </w:r>
      <w:r>
        <w:t>Embarcações de pequeno porte</w:t>
      </w:r>
    </w:p>
    <w:p>
      <w:r>
        <w:rPr>
          <w:b/>
          <w:i/>
        </w:rPr>
        <w:t xml:space="preserve">Tipo de embarcacao em que tem experiencia: </w:t>
      </w:r>
      <w:r>
        <w:t>Saveiros e barcos tradicionais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Vela principal com motor auxiliar</w:t>
      </w:r>
    </w:p>
    <w:p>
      <w:r>
        <w:rPr>
          <w:b/>
          <w:i/>
        </w:rPr>
        <w:t xml:space="preserve">Motorizacao: </w:t>
      </w:r>
      <w:r>
        <w:t>Motor de centro diesel simples (ex.: 1 ou 2 cilindros, 10 a 20 HP) para manobra e calmaria</w:t>
      </w:r>
    </w:p>
    <w:p>
      <w:r>
        <w:rPr>
          <w:b/>
          <w:i/>
        </w:rPr>
        <w:t xml:space="preserve">Armacao (veleiros): </w:t>
      </w:r>
      <w:r>
        <w:t>Armação tradicional de Saveiro (vela de pena / vela de içar)</w:t>
      </w:r>
    </w:p>
    <w:p>
      <w:r>
        <w:rPr>
          <w:b/>
          <w:i/>
        </w:rPr>
        <w:t xml:space="preserve">Requisitos de performance: </w:t>
      </w:r>
      <w:r>
        <w:t>Velocidade de cruzeiro de 5 a 6 nós em deslocamento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9,50 m (~31 pés)</w:t>
      </w:r>
    </w:p>
    <w:p>
      <w:r>
        <w:rPr>
          <w:b/>
          <w:i/>
        </w:rPr>
        <w:t xml:space="preserve">Boca (BOA): </w:t>
      </w:r>
      <w:r>
        <w:t>3,20 m</w:t>
      </w:r>
    </w:p>
    <w:p>
      <w:r>
        <w:rPr>
          <w:b/>
          <w:i/>
        </w:rPr>
        <w:t xml:space="preserve">Pontal: </w:t>
      </w:r>
      <w:r>
        <w:t>1,30 m</w:t>
      </w:r>
    </w:p>
    <w:p>
      <w:r>
        <w:rPr>
          <w:b/>
          <w:i/>
        </w:rPr>
        <w:t xml:space="preserve">Calado: </w:t>
      </w:r>
      <w:r>
        <w:t>0,75 m</w:t>
      </w:r>
    </w:p>
    <w:p>
      <w:r>
        <w:rPr>
          <w:b/>
          <w:i/>
        </w:rPr>
        <w:t xml:space="preserve">Justificativa das dimensoes: </w:t>
      </w:r>
      <w:r>
        <w:t>LOA de 9,50 m e Boca de 3,20 m comportam 15 passageiros sentados com estabilidade e espaço para sanitário; Pontal de 1,30 m garante borda livre segura e Calado de 0,75 m permite navegar nos baixios da Baía.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