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Maximo</w:t>
      </w:r>
    </w:p>
    <w:p>
      <w:r>
        <w:rPr>
          <w:b/>
        </w:rPr>
        <w:t xml:space="preserve">Data: </w:t>
      </w:r>
      <w:r>
        <w:t>16/09/2026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Regatas e competições de alta velocidade / Day Racer</w:t>
      </w:r>
    </w:p>
    <w:p>
      <w:r>
        <w:rPr>
          <w:b/>
          <w:i/>
        </w:rPr>
        <w:t xml:space="preserve">Papel mais importante que o barco precisa cumprir: </w:t>
      </w:r>
      <w:r>
        <w:t>Ser uma embarcação ágil, veloz e competitiva para regatas diurnas com 2 tripulantes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Maximo</w:t>
      </w:r>
    </w:p>
    <w:p>
      <w:r>
        <w:rPr>
          <w:b/>
          <w:i/>
        </w:rPr>
        <w:t xml:space="preserve">O usuario principal e tambem o proprietario?: </w:t>
      </w:r>
      <w:r>
        <w:t>Sim</w:t>
      </w:r>
    </w:p>
    <w:p>
      <w:r>
        <w:rPr>
          <w:b/>
          <w:i/>
        </w:rPr>
        <w:t xml:space="preserve">Quem ira pilotar a embarcacao: </w:t>
      </w:r>
      <w:r>
        <w:t>O próprio proprietário (Maximo)</w:t>
      </w:r>
    </w:p>
    <w:p>
      <w:r>
        <w:rPr>
          <w:b/>
          <w:i/>
        </w:rPr>
        <w:t xml:space="preserve">Pernoite (havera? para quantas pessoas?): </w:t>
      </w:r>
      <w:r>
        <w:t>Não (uso estritamente diurno / day racer)</w:t>
      </w:r>
    </w:p>
    <w:p>
      <w:r>
        <w:rPr>
          <w:b/>
          <w:i/>
        </w:rPr>
        <w:t xml:space="preserve">O que mais gosta durante o caminho: </w:t>
      </w:r>
      <w:r>
        <w:t>Navegar em alta velocidade, planar no vento largo e ter respostas rápidas no leme</w:t>
      </w:r>
    </w:p>
    <w:p>
      <w:r>
        <w:rPr>
          <w:b/>
          <w:i/>
        </w:rPr>
        <w:t xml:space="preserve">O que mais gosta enquanto parado: </w:t>
      </w:r>
      <w:r>
        <w:t>Fácil atracação e praticidade para guardar</w:t>
      </w:r>
    </w:p>
    <w:p>
      <w:r>
        <w:rPr>
          <w:b/>
          <w:i/>
        </w:rPr>
        <w:t xml:space="preserve">Outros desejos do usuario ou capitao: </w:t>
      </w:r>
      <w:r>
        <w:t>Casco leve com estética clássica/artesanal inspirada nos barcos tradicionais e alta eficiência hidrodinâmica</w:t>
      </w:r>
    </w:p>
    <w:p>
      <w:r>
        <w:rPr>
          <w:b/>
          <w:i/>
        </w:rPr>
        <w:t xml:space="preserve">Usuarios em potencial: </w:t>
      </w:r>
      <w:r>
        <w:t>Amigos e velejadores parceiros de regata</w:t>
      </w:r>
    </w:p>
    <w:p>
      <w:r>
        <w:rPr>
          <w:b/>
          <w:i/>
        </w:rPr>
        <w:t xml:space="preserve">Tipo de grupo: </w:t>
      </w:r>
      <w:r>
        <w:t>Dupla de regata</w:t>
      </w:r>
    </w:p>
    <w:p>
      <w:r>
        <w:rPr>
          <w:b/>
          <w:i/>
        </w:rPr>
        <w:t xml:space="preserve">Numero medio de tripulantes: </w:t>
      </w:r>
      <w:r>
        <w:t>2 pessoas</w:t>
      </w:r>
    </w:p>
    <w:p>
      <w:r>
        <w:rPr>
          <w:b/>
          <w:i/>
        </w:rPr>
        <w:t xml:space="preserve">Numero maximo de tripulantes (dia): </w:t>
      </w:r>
      <w:r>
        <w:t>2 pessoas</w:t>
      </w:r>
    </w:p>
    <w:p>
      <w:r>
        <w:rPr>
          <w:b/>
          <w:i/>
        </w:rPr>
        <w:t xml:space="preserve">Numero maximo de tripulantes (pernoite): </w:t>
      </w:r>
      <w:r>
        <w:t>0 (sem pernoite)</w:t>
      </w:r>
    </w:p>
    <w:p>
      <w:r>
        <w:rPr>
          <w:b/>
          <w:i/>
        </w:rPr>
        <w:t xml:space="preserve">Local de residencia do usuario principal: </w:t>
      </w:r>
      <w:r>
        <w:t>Bahia</w:t>
      </w:r>
    </w:p>
    <w:p>
      <w:r>
        <w:rPr>
          <w:b/>
          <w:i/>
        </w:rPr>
        <w:t xml:space="preserve">Tipo de casa: </w:t>
      </w:r>
      <w:r>
        <w:t>N/A</w:t>
      </w:r>
    </w:p>
    <w:p>
      <w:r>
        <w:rPr>
          <w:b/>
          <w:i/>
        </w:rPr>
        <w:t xml:space="preserve">Media anual de dias utilizando a embarcacao: </w:t>
      </w:r>
      <w:r>
        <w:t>40 a 60 dias/ano (finais de semana e calendário de regatas)</w:t>
      </w:r>
    </w:p>
    <w:p>
      <w:r>
        <w:rPr>
          <w:b/>
          <w:i/>
        </w:rPr>
        <w:t xml:space="preserve">Media anual (dias) de uso continuo: </w:t>
      </w:r>
      <w:r>
        <w:t>1 dia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 os Santos (BTS), Bahia</w:t>
      </w:r>
    </w:p>
    <w:p>
      <w:r>
        <w:rPr>
          <w:b/>
          <w:i/>
        </w:rPr>
        <w:t xml:space="preserve">Derrota habitual (ponto inicial, ponto final, distancia): </w:t>
      </w:r>
      <w:r>
        <w:t>Regatas e circuitos na Baía de Todos os Santos (Aratu, Salvador, Itaparica e proximidades)</w:t>
      </w:r>
    </w:p>
    <w:p>
      <w:r>
        <w:rPr>
          <w:b/>
          <w:i/>
        </w:rPr>
        <w:t xml:space="preserve">Pontes e eclusas no trajeto: </w:t>
      </w:r>
      <w:r>
        <w:t>Não há restrição de pontes no circuito principal da BTS</w:t>
      </w:r>
    </w:p>
    <w:p>
      <w:r>
        <w:rPr>
          <w:b/>
          <w:i/>
        </w:rPr>
        <w:t xml:space="preserve">Clima: </w:t>
      </w:r>
      <w:r>
        <w:t>Tropical úmido, temperaturas médias entre 24°C e 30°C</w:t>
      </w:r>
    </w:p>
    <w:p>
      <w:r>
        <w:rPr>
          <w:b/>
          <w:i/>
        </w:rPr>
        <w:t xml:space="preserve">Vento / ondas: </w:t>
      </w:r>
      <w:r>
        <w:t>Ventos predominantes de E e SE (10 a 18 nós); águas abrigadas com ondas curtas e médias</w:t>
      </w:r>
    </w:p>
    <w:p>
      <w:r>
        <w:rPr>
          <w:b/>
          <w:i/>
        </w:rPr>
        <w:t xml:space="preserve">Regime de chuvas: </w:t>
      </w:r>
      <w:r>
        <w:t>Concentradas no outono/inverno (abril a julho), mas navegável o ano todo</w:t>
      </w:r>
    </w:p>
    <w:p>
      <w:r>
        <w:rPr>
          <w:b/>
          <w:i/>
        </w:rPr>
        <w:t xml:space="preserve">Variacao de mare: </w:t>
      </w:r>
      <w:r>
        <w:t>Semidiurna com amplitude típica de 2,0 a 2,5 m</w:t>
      </w:r>
    </w:p>
    <w:p>
      <w:r>
        <w:rPr>
          <w:b/>
          <w:i/>
        </w:rPr>
        <w:t xml:space="preserve">Restricao de calado (calado maximo): </w:t>
      </w:r>
      <w:r>
        <w:t>Sem restrição operacional na BTS; calado de 0,25 m (casco) / 1,10 m (bolina baixada)</w:t>
      </w:r>
    </w:p>
    <w:p>
      <w:r>
        <w:rPr>
          <w:b/>
          <w:i/>
        </w:rPr>
        <w:t xml:space="preserve">Outras informacoes relevantes / restricoes: </w:t>
      </w:r>
      <w:r>
        <w:t>Navegação em águas abrigadas / interior</w:t>
      </w:r>
    </w:p>
    <w:p>
      <w:r>
        <w:rPr>
          <w:b/>
          <w:i/>
        </w:rPr>
        <w:t xml:space="preserve">Operacao - tempo: </w:t>
      </w:r>
      <w:r>
        <w:t>Diurno (provas de 2 a 6 horas)</w:t>
      </w:r>
    </w:p>
    <w:p>
      <w:r>
        <w:rPr>
          <w:b/>
          <w:i/>
        </w:rPr>
        <w:t xml:space="preserve">Travessias (distancia maxima): </w:t>
      </w:r>
      <w:r>
        <w:t>15 a 20 MN por prova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R$ 30.000,00</w:t>
      </w:r>
    </w:p>
    <w:p>
      <w:r>
        <w:rPr>
          <w:b/>
          <w:i/>
        </w:rPr>
        <w:t xml:space="preserve">Capacidade de desembolso mensal: </w:t>
      </w:r>
      <w:r>
        <w:t>N/A</w:t>
      </w:r>
    </w:p>
    <w:p>
      <w:r>
        <w:rPr>
          <w:b/>
          <w:i/>
        </w:rPr>
        <w:t xml:space="preserve">Orcamento anual para manutencao/melhorias: </w:t>
      </w:r>
      <w:r>
        <w:t>Baixo custo / manutenção artesanal própria</w:t>
      </w:r>
    </w:p>
    <w:p>
      <w:r>
        <w:rPr>
          <w:b/>
          <w:i/>
        </w:rPr>
        <w:t xml:space="preserve">Mantido por: </w:t>
      </w:r>
      <w:r>
        <w:t>Proprietário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Construção artesanal (estilo Estaleiro Escola)</w:t>
      </w:r>
    </w:p>
    <w:p>
      <w:r>
        <w:rPr>
          <w:b/>
          <w:i/>
        </w:rPr>
        <w:t xml:space="preserve">Tipo de construtor: </w:t>
      </w:r>
      <w:r>
        <w:t>Amador / Artesanal orientado</w:t>
      </w:r>
    </w:p>
    <w:p>
      <w:r>
        <w:rPr>
          <w:b/>
          <w:i/>
        </w:rPr>
        <w:t xml:space="preserve">Experiencia do construtor/estaleiro: </w:t>
      </w:r>
      <w:r>
        <w:t>Estaleiro Escola / Construção em madeira</w:t>
      </w:r>
    </w:p>
    <w:p>
      <w:r>
        <w:rPr>
          <w:b/>
          <w:i/>
        </w:rPr>
        <w:t xml:space="preserve">Material de construcao: </w:t>
      </w:r>
      <w:r>
        <w:t>Madeira tradicional / madeira ripada (strip planking laminada)</w:t>
      </w:r>
    </w:p>
    <w:p>
      <w:r>
        <w:rPr>
          <w:b/>
          <w:i/>
        </w:rPr>
        <w:t xml:space="preserve">Metodo de construcao: </w:t>
      </w:r>
      <w:r>
        <w:t>Strip planking com resina epóxi / cavername leve</w:t>
      </w:r>
    </w:p>
    <w:p>
      <w:r>
        <w:rPr>
          <w:b/>
          <w:i/>
        </w:rPr>
        <w:t xml:space="preserve">Faixa de tamanho em que tem experiencia: </w:t>
      </w:r>
      <w:r>
        <w:t>5 a 8 metros</w:t>
      </w:r>
    </w:p>
    <w:p>
      <w:r>
        <w:rPr>
          <w:b/>
          <w:i/>
        </w:rPr>
        <w:t xml:space="preserve">Tipo de embarcacao em que tem experiencia: </w:t>
      </w:r>
      <w:r>
        <w:t>Embarcações tradicionais de madeira e saveiros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Vela pura (100% à vela, sem motor auxiliar)</w:t>
      </w:r>
    </w:p>
    <w:p>
      <w:r>
        <w:rPr>
          <w:b/>
          <w:i/>
        </w:rPr>
        <w:t xml:space="preserve">Motorizacao: </w:t>
      </w:r>
      <w:r>
        <w:t>Nenhuma (vela pura)</w:t>
      </w:r>
    </w:p>
    <w:p>
      <w:r>
        <w:rPr>
          <w:b/>
          <w:i/>
        </w:rPr>
        <w:t xml:space="preserve">Armacao (veleiros): </w:t>
      </w:r>
      <w:r>
        <w:t>Vela de içar tradicional / de terço de alto rendimento</w:t>
      </w:r>
    </w:p>
    <w:p>
      <w:r>
        <w:rPr>
          <w:b/>
          <w:i/>
        </w:rPr>
        <w:t xml:space="preserve">Requisitos de performance: </w:t>
      </w:r>
      <w:r>
        <w:t>Foco em velocidade, planeio fácil e agilidade nas manobras de regata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5,80 m (~19 pés)</w:t>
      </w:r>
    </w:p>
    <w:p>
      <w:r>
        <w:rPr>
          <w:b/>
          <w:i/>
        </w:rPr>
        <w:t xml:space="preserve">Boca (BOA): </w:t>
      </w:r>
      <w:r>
        <w:t>1,90 m</w:t>
      </w:r>
    </w:p>
    <w:p>
      <w:r>
        <w:rPr>
          <w:b/>
          <w:i/>
        </w:rPr>
        <w:t xml:space="preserve">Pontal: </w:t>
      </w:r>
      <w:r>
        <w:t>0,75 m</w:t>
      </w:r>
    </w:p>
    <w:p>
      <w:r>
        <w:rPr>
          <w:b/>
          <w:i/>
        </w:rPr>
        <w:t xml:space="preserve">Calado: </w:t>
      </w:r>
      <w:r>
        <w:t>0,25 m (casco) / 1,10 m (com bolina)</w:t>
      </w:r>
    </w:p>
    <w:p>
      <w:r>
        <w:rPr>
          <w:b/>
          <w:i/>
        </w:rPr>
        <w:t xml:space="preserve">Justificativa das dimensoes: </w:t>
      </w:r>
      <w:r>
        <w:t>LOA de 5,80 m oferece excelente comprimento de linha d'água para velocidade e baixo custo de construção (compatível com R$ 30 mil); boca de 1,90 m garante estabilidade de forma e contrapeso eficiente para 2 tripulantes; pontal de 0,75 m proporciona perfil aerodinâmico e leveza; calado com bolina retrátil garante orça potente em regatas e acesso a qualquer praia/fundo raso.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